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8EF5" w14:textId="3A968B5F" w:rsidR="00BB0E07" w:rsidRDefault="00BB0E07" w:rsidP="00BD3858">
      <w:pPr>
        <w:rPr>
          <w:b/>
          <w:sz w:val="38"/>
        </w:rPr>
      </w:pPr>
      <w:r>
        <w:rPr>
          <w:b/>
          <w:noProof/>
          <w:sz w:val="38"/>
        </w:rPr>
        <w:drawing>
          <wp:inline distT="0" distB="0" distL="0" distR="0" wp14:anchorId="33CC1FA0" wp14:editId="31D01F12">
            <wp:extent cx="2622550" cy="825500"/>
            <wp:effectExtent l="0" t="0" r="6350" b="0"/>
            <wp:docPr id="2013329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A1984" w14:textId="6458B7F8" w:rsidR="00BD3858" w:rsidRDefault="00BD3858">
      <w:pPr>
        <w:jc w:val="center"/>
        <w:rPr>
          <w:b/>
          <w:sz w:val="38"/>
        </w:rPr>
      </w:pPr>
      <w:r>
        <w:rPr>
          <w:b/>
          <w:sz w:val="38"/>
        </w:rPr>
        <w:t>CMHA Street Team Outreach</w:t>
      </w:r>
    </w:p>
    <w:p w14:paraId="26D00FD9" w14:textId="64E40393" w:rsidR="0027298C" w:rsidRDefault="006B282C">
      <w:pPr>
        <w:jc w:val="center"/>
      </w:pPr>
      <w:r>
        <w:rPr>
          <w:b/>
          <w:sz w:val="38"/>
        </w:rPr>
        <w:t>COMMUNITY WOUND &amp; NURSING SUPPORT</w:t>
      </w:r>
    </w:p>
    <w:p w14:paraId="16FCAD69" w14:textId="77777777" w:rsidR="0027298C" w:rsidRDefault="006B282C">
      <w:pPr>
        <w:jc w:val="center"/>
      </w:pPr>
      <w:r>
        <w:rPr>
          <w:b/>
          <w:sz w:val="26"/>
        </w:rPr>
        <w:t>REFERRAL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44"/>
      </w:tblGrid>
      <w:tr w:rsidR="0027298C" w14:paraId="5754F5D7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shd w:val="clear" w:color="auto" w:fill="E9ECE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9543BF" w14:textId="77777777" w:rsidR="0027298C" w:rsidRDefault="006B282C">
            <w:r>
              <w:rPr>
                <w:b/>
                <w:sz w:val="20"/>
              </w:rPr>
              <w:t>CLIENT INFORMATION</w:t>
            </w:r>
          </w:p>
        </w:tc>
      </w:tr>
      <w:tr w:rsidR="0027298C" w14:paraId="40836166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811E5" w14:textId="77777777" w:rsidR="0027298C" w:rsidRDefault="006B282C">
            <w:pPr>
              <w:spacing w:after="0"/>
            </w:pPr>
            <w:r>
              <w:rPr>
                <w:sz w:val="17"/>
              </w:rPr>
              <w:t>Client name: __________________________________________   DOB: __________________</w:t>
            </w:r>
          </w:p>
        </w:tc>
      </w:tr>
      <w:tr w:rsidR="0027298C" w14:paraId="234C477D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C4C6A" w14:textId="77777777" w:rsidR="0027298C" w:rsidRDefault="006B282C">
            <w:pPr>
              <w:spacing w:after="0"/>
            </w:pPr>
            <w:r>
              <w:rPr>
                <w:sz w:val="17"/>
              </w:rPr>
              <w:t>Phone / best contact (if available): __________________________________________________________</w:t>
            </w:r>
          </w:p>
        </w:tc>
      </w:tr>
      <w:tr w:rsidR="0027298C" w14:paraId="25838E5B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F5D1A" w14:textId="6645558D" w:rsidR="0027298C" w:rsidRDefault="006B282C">
            <w:pPr>
              <w:spacing w:after="0"/>
            </w:pPr>
            <w:r>
              <w:rPr>
                <w:sz w:val="17"/>
              </w:rPr>
              <w:t>Housing:  ☐ No fixed address   ☐ Shelter   ☐ Other: __________</w:t>
            </w:r>
          </w:p>
        </w:tc>
      </w:tr>
      <w:tr w:rsidR="0027298C" w14:paraId="6576F455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8FFB7" w14:textId="77777777" w:rsidR="0027298C" w:rsidRDefault="006B282C">
            <w:pPr>
              <w:spacing w:after="0"/>
            </w:pPr>
            <w:r>
              <w:rPr>
                <w:sz w:val="17"/>
              </w:rPr>
              <w:t>Current location / usual area (if known): ______________________________________________________</w:t>
            </w:r>
          </w:p>
        </w:tc>
      </w:tr>
      <w:tr w:rsidR="0027298C" w14:paraId="4B10162F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shd w:val="clear" w:color="auto" w:fill="E9ECE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84D74" w14:textId="77777777" w:rsidR="0027298C" w:rsidRDefault="006B282C">
            <w:r>
              <w:rPr>
                <w:b/>
                <w:sz w:val="20"/>
              </w:rPr>
              <w:t>REASON FOR REFERRAL — CHECK ALL THAT APPLY</w:t>
            </w:r>
          </w:p>
        </w:tc>
      </w:tr>
      <w:tr w:rsidR="0027298C" w14:paraId="1FE473E3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FE802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Advanced wound care   ☐ Ostomy care   ☐ Post-discharge follow-up</w:t>
            </w:r>
          </w:p>
        </w:tc>
      </w:tr>
      <w:tr w:rsidR="0027298C" w14:paraId="6E86C7F5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E992B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Nursing assessment / monitoring   ☐ Health teaching / support   ☐ Care coordination</w:t>
            </w:r>
          </w:p>
        </w:tc>
      </w:tr>
      <w:tr w:rsidR="0027298C" w14:paraId="1B8AA55A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1EAD4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Other nursing support: _______________________________________________________________________</w:t>
            </w:r>
          </w:p>
        </w:tc>
      </w:tr>
      <w:tr w:rsidR="0027298C" w14:paraId="71545943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shd w:val="clear" w:color="auto" w:fill="E9ECE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F63B79" w14:textId="77777777" w:rsidR="0027298C" w:rsidRDefault="006B282C">
            <w:r>
              <w:rPr>
                <w:b/>
                <w:sz w:val="20"/>
              </w:rPr>
              <w:t>WOUND / CLINICAL INFORMATION — IF APPLICABLE</w:t>
            </w:r>
          </w:p>
        </w:tc>
      </w:tr>
      <w:tr w:rsidR="0027298C" w14:paraId="01CC38A2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F1440B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Wound present   ☐ Ostomy present   ☐ Recent surgery   ☐ Antibiotics / treatment ongoing</w:t>
            </w:r>
          </w:p>
        </w:tc>
      </w:tr>
      <w:tr w:rsidR="0027298C" w14:paraId="6DB2B6E6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56224" w14:textId="77777777" w:rsidR="0027298C" w:rsidRDefault="006B282C">
            <w:pPr>
              <w:spacing w:after="0"/>
            </w:pPr>
            <w:r>
              <w:rPr>
                <w:sz w:val="17"/>
              </w:rPr>
              <w:t>Wound location(s): ______________________________________________________________________________</w:t>
            </w:r>
          </w:p>
        </w:tc>
      </w:tr>
      <w:tr w:rsidR="0027298C" w14:paraId="624E0A65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F92C2" w14:textId="77777777" w:rsidR="0027298C" w:rsidRDefault="006B282C">
            <w:pPr>
              <w:spacing w:after="0"/>
            </w:pPr>
            <w:r>
              <w:rPr>
                <w:sz w:val="17"/>
              </w:rPr>
              <w:t>Current treatment / dressing (if known): _______________________________________________________</w:t>
            </w:r>
          </w:p>
        </w:tc>
      </w:tr>
      <w:tr w:rsidR="0027298C" w14:paraId="610D7A0A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1B083" w14:textId="77777777" w:rsidR="0027298C" w:rsidRDefault="006B282C">
            <w:pPr>
              <w:spacing w:after="0"/>
            </w:pPr>
            <w:r>
              <w:rPr>
                <w:sz w:val="17"/>
              </w:rPr>
              <w:t>Additional information: _________________________________________________________________________</w:t>
            </w:r>
          </w:p>
        </w:tc>
      </w:tr>
      <w:tr w:rsidR="0027298C" w14:paraId="3E62C4EC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FB36A" w14:textId="77777777" w:rsidR="0027298C" w:rsidRDefault="006B282C">
            <w:pPr>
              <w:spacing w:after="0"/>
            </w:pPr>
            <w:r>
              <w:rPr>
                <w:sz w:val="17"/>
              </w:rPr>
              <w:t>________________________________________________________________________________________________</w:t>
            </w:r>
          </w:p>
        </w:tc>
      </w:tr>
      <w:tr w:rsidR="0027298C" w14:paraId="43C65275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shd w:val="clear" w:color="auto" w:fill="E9ECE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95C49" w14:textId="77777777" w:rsidR="0027298C" w:rsidRDefault="006B282C">
            <w:r>
              <w:rPr>
                <w:b/>
                <w:sz w:val="20"/>
              </w:rPr>
              <w:t>REFERRAL SOURCE</w:t>
            </w:r>
          </w:p>
        </w:tc>
      </w:tr>
      <w:tr w:rsidR="0027298C" w14:paraId="466603D9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628BF" w14:textId="6DD949EF" w:rsidR="0027298C" w:rsidRDefault="006B282C">
            <w:pPr>
              <w:spacing w:after="0"/>
            </w:pPr>
            <w:r>
              <w:rPr>
                <w:sz w:val="17"/>
              </w:rPr>
              <w:t>Referral source: __________________________________________________</w:t>
            </w:r>
          </w:p>
        </w:tc>
      </w:tr>
      <w:tr w:rsidR="0027298C" w14:paraId="0AB9CF97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E7B37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Hospital / ED   ☐ Shelter / community agency   ☐ Healthcare provider   ☐ Client / self-referral</w:t>
            </w:r>
          </w:p>
        </w:tc>
      </w:tr>
      <w:tr w:rsidR="0027298C" w14:paraId="405716F7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D88D5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Family / friend   ☐ Other: ______________________________</w:t>
            </w:r>
          </w:p>
        </w:tc>
      </w:tr>
      <w:tr w:rsidR="0027298C" w14:paraId="1BC08C51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shd w:val="clear" w:color="auto" w:fill="E9ECE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8D56C" w14:textId="77777777" w:rsidR="0027298C" w:rsidRDefault="006B282C">
            <w:r>
              <w:rPr>
                <w:b/>
                <w:sz w:val="20"/>
              </w:rPr>
              <w:t>FOLLOW-UP REQUEST</w:t>
            </w:r>
          </w:p>
        </w:tc>
      </w:tr>
      <w:tr w:rsidR="0027298C" w14:paraId="0D17E4D4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3D179" w14:textId="77777777" w:rsidR="0027298C" w:rsidRDefault="006B282C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Routine   ☐ Urgent   ☐ Please contact referral source for further information</w:t>
            </w:r>
          </w:p>
        </w:tc>
      </w:tr>
      <w:tr w:rsidR="0027298C" w14:paraId="1C1904D8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252A2" w14:textId="77777777" w:rsidR="0027298C" w:rsidRDefault="006B282C">
            <w:pPr>
              <w:spacing w:after="0"/>
            </w:pPr>
            <w:r>
              <w:rPr>
                <w:sz w:val="17"/>
              </w:rPr>
              <w:t>Additional information / notes: ________________________________________________________________</w:t>
            </w:r>
          </w:p>
        </w:tc>
      </w:tr>
      <w:tr w:rsidR="0027298C" w14:paraId="2FB6DAB0" w14:textId="77777777">
        <w:tc>
          <w:tcPr>
            <w:tcW w:w="10656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B8CD7" w14:textId="77777777" w:rsidR="0027298C" w:rsidRDefault="006B282C">
            <w:pPr>
              <w:spacing w:after="0"/>
            </w:pPr>
            <w:r>
              <w:rPr>
                <w:sz w:val="17"/>
              </w:rPr>
              <w:t>________________________________________________________________________________________________</w:t>
            </w:r>
          </w:p>
        </w:tc>
      </w:tr>
    </w:tbl>
    <w:p w14:paraId="52AE5360" w14:textId="77777777" w:rsidR="00BD3858" w:rsidRDefault="00BD3858" w:rsidP="00BD3858">
      <w:pPr>
        <w:jc w:val="center"/>
        <w:rPr>
          <w:b/>
          <w:sz w:val="24"/>
        </w:rPr>
      </w:pPr>
    </w:p>
    <w:p w14:paraId="14F06FD3" w14:textId="3C6D9307" w:rsidR="0027298C" w:rsidRPr="00F762C3" w:rsidRDefault="006B282C" w:rsidP="00BD3858">
      <w:pPr>
        <w:jc w:val="center"/>
        <w:rPr>
          <w:b/>
          <w:sz w:val="24"/>
          <w:lang w:val="en-CA"/>
        </w:rPr>
      </w:pPr>
      <w:r>
        <w:rPr>
          <w:b/>
          <w:sz w:val="24"/>
        </w:rPr>
        <w:t xml:space="preserve">FAX COMPLETED REFERRAL TO: </w:t>
      </w:r>
      <w:r w:rsidR="00F762C3" w:rsidRPr="00F762C3">
        <w:rPr>
          <w:b/>
          <w:sz w:val="24"/>
          <w:lang w:val="en-CA"/>
        </w:rPr>
        <w:t>(905) 667-5029</w:t>
      </w:r>
    </w:p>
    <w:p w14:paraId="66FEBBFB" w14:textId="74B8B0E9" w:rsidR="0027298C" w:rsidRDefault="006B282C">
      <w:pPr>
        <w:jc w:val="center"/>
      </w:pPr>
      <w:r>
        <w:rPr>
          <w:sz w:val="16"/>
        </w:rPr>
        <w:t xml:space="preserve">Questions: </w:t>
      </w:r>
      <w:r w:rsidR="00BB0E07">
        <w:rPr>
          <w:sz w:val="16"/>
        </w:rPr>
        <w:t>Alex Howden [289-456-9476</w:t>
      </w:r>
      <w:proofErr w:type="gramStart"/>
      <w:r w:rsidR="00BB0E07">
        <w:rPr>
          <w:sz w:val="16"/>
        </w:rPr>
        <w:t>]</w:t>
      </w:r>
      <w:r>
        <w:rPr>
          <w:sz w:val="16"/>
        </w:rPr>
        <w:t xml:space="preserve">  •</w:t>
      </w:r>
      <w:proofErr w:type="gramEnd"/>
      <w:r>
        <w:rPr>
          <w:sz w:val="16"/>
        </w:rPr>
        <w:t xml:space="preserve">  [</w:t>
      </w:r>
      <w:proofErr w:type="gramStart"/>
      <w:r w:rsidR="00BB0E07">
        <w:rPr>
          <w:sz w:val="16"/>
        </w:rPr>
        <w:t>ahowden@cmhahamilton.ca</w:t>
      </w:r>
      <w:r>
        <w:rPr>
          <w:sz w:val="16"/>
        </w:rPr>
        <w:t>]  •</w:t>
      </w:r>
      <w:proofErr w:type="gramEnd"/>
      <w:r>
        <w:rPr>
          <w:sz w:val="16"/>
        </w:rPr>
        <w:t xml:space="preserve">  Monday–Friday, 8:00 AM–4:00 PM</w:t>
      </w:r>
    </w:p>
    <w:sectPr w:rsidR="0027298C" w:rsidSect="00034616">
      <w:pgSz w:w="12240" w:h="158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058277">
    <w:abstractNumId w:val="8"/>
  </w:num>
  <w:num w:numId="2" w16cid:durableId="1458330197">
    <w:abstractNumId w:val="6"/>
  </w:num>
  <w:num w:numId="3" w16cid:durableId="1358847482">
    <w:abstractNumId w:val="5"/>
  </w:num>
  <w:num w:numId="4" w16cid:durableId="1916234291">
    <w:abstractNumId w:val="4"/>
  </w:num>
  <w:num w:numId="5" w16cid:durableId="292950421">
    <w:abstractNumId w:val="7"/>
  </w:num>
  <w:num w:numId="6" w16cid:durableId="1900314351">
    <w:abstractNumId w:val="3"/>
  </w:num>
  <w:num w:numId="7" w16cid:durableId="1220943078">
    <w:abstractNumId w:val="2"/>
  </w:num>
  <w:num w:numId="8" w16cid:durableId="214656994">
    <w:abstractNumId w:val="1"/>
  </w:num>
  <w:num w:numId="9" w16cid:durableId="199828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298C"/>
    <w:rsid w:val="0029639D"/>
    <w:rsid w:val="00326F90"/>
    <w:rsid w:val="00623B85"/>
    <w:rsid w:val="00885BA1"/>
    <w:rsid w:val="009C1F8C"/>
    <w:rsid w:val="00AA1D8D"/>
    <w:rsid w:val="00B47730"/>
    <w:rsid w:val="00BB0E07"/>
    <w:rsid w:val="00BD3858"/>
    <w:rsid w:val="00C7764C"/>
    <w:rsid w:val="00CB0664"/>
    <w:rsid w:val="00F762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E9FD42"/>
  <w14:defaultImageDpi w14:val="300"/>
  <w15:docId w15:val="{421040B4-4ED0-40A5-96FA-921F67F9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1771</Characters>
  <Application>Microsoft Office Word</Application>
  <DocSecurity>0</DocSecurity>
  <Lines>31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Alexandra Howden</cp:lastModifiedBy>
  <cp:revision>4</cp:revision>
  <dcterms:created xsi:type="dcterms:W3CDTF">2026-08-10T19:37:00Z</dcterms:created>
  <dcterms:modified xsi:type="dcterms:W3CDTF">2026-08-17T12:45:00Z</dcterms:modified>
  <cp:category/>
</cp:coreProperties>
</file>